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6FCA" w:rsidRPr="0035182F" w:rsidRDefault="00AE6FCA" w:rsidP="00AE6FCA">
      <w:pPr>
        <w:pStyle w:val="a9"/>
        <w:tabs>
          <w:tab w:val="left" w:pos="8640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Өзгерістерді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қарау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туралы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нұсқаулыққа</w:t>
      </w:r>
      <w:proofErr w:type="spellEnd"/>
    </w:p>
    <w:p w:rsidR="00AE6FCA" w:rsidRPr="0035182F" w:rsidRDefault="00AE6FCA" w:rsidP="00AE6FCA">
      <w:pPr>
        <w:pStyle w:val="a9"/>
        <w:tabs>
          <w:tab w:val="left" w:pos="8640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Кепіл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билетінің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шарттарына</w:t>
      </w:r>
      <w:proofErr w:type="spellEnd"/>
    </w:p>
    <w:p w:rsidR="00AE6FCA" w:rsidRPr="0035182F" w:rsidRDefault="00AE6FCA" w:rsidP="00AE6FCA">
      <w:pPr>
        <w:pStyle w:val="a9"/>
        <w:tabs>
          <w:tab w:val="left" w:pos="8640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қарыз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алушылардың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өзгерістер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енгізу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туралы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өтініші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бойынша</w:t>
      </w:r>
      <w:proofErr w:type="spellEnd"/>
    </w:p>
    <w:p w:rsidR="00AE6FCA" w:rsidRPr="0035182F" w:rsidRDefault="00AE6FCA" w:rsidP="00AE6FCA">
      <w:pPr>
        <w:pStyle w:val="a9"/>
        <w:tabs>
          <w:tab w:val="left" w:pos="8640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кепіл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билетінің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шарттарына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сондай-ақ</w:t>
      </w:r>
      <w:proofErr w:type="spellEnd"/>
    </w:p>
    <w:p w:rsidR="00AE6FCA" w:rsidRPr="0035182F" w:rsidRDefault="00AE6FCA" w:rsidP="00AE6FCA">
      <w:pPr>
        <w:pStyle w:val="a9"/>
        <w:tabs>
          <w:tab w:val="left" w:pos="8640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туралы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уәкілетті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органды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хабардар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ету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тәртібін</w:t>
      </w:r>
      <w:proofErr w:type="spellEnd"/>
    </w:p>
    <w:p w:rsidR="00AE6FCA" w:rsidRPr="0035182F" w:rsidRDefault="00AE6FCA" w:rsidP="00AE6FCA">
      <w:pPr>
        <w:pStyle w:val="a9"/>
        <w:tabs>
          <w:tab w:val="left" w:pos="8640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Қарыз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алушылардың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өтініштерін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қарау</w:t>
      </w:r>
      <w:proofErr w:type="spellEnd"/>
      <w:r w:rsidRPr="003518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5182F">
        <w:rPr>
          <w:rFonts w:ascii="Times New Roman" w:hAnsi="Times New Roman" w:cs="Times New Roman"/>
          <w:i/>
          <w:iCs/>
          <w:sz w:val="24"/>
          <w:szCs w:val="24"/>
        </w:rPr>
        <w:t>нәтижелері</w:t>
      </w:r>
      <w:proofErr w:type="spellEnd"/>
    </w:p>
    <w:p w:rsidR="00AE6FCA" w:rsidRPr="00AE6FCA" w:rsidRDefault="00AE6FCA" w:rsidP="00AE6FCA">
      <w:pPr>
        <w:pStyle w:val="a9"/>
        <w:tabs>
          <w:tab w:val="left" w:pos="8640"/>
        </w:tabs>
        <w:jc w:val="right"/>
      </w:pPr>
      <w:r w:rsidRPr="0035182F">
        <w:rPr>
          <w:rFonts w:ascii="Times New Roman" w:hAnsi="Times New Roman" w:cs="Times New Roman"/>
          <w:i/>
          <w:iCs/>
          <w:sz w:val="24"/>
          <w:szCs w:val="24"/>
        </w:rPr>
        <w:t>7-қосымша</w:t>
      </w:r>
    </w:p>
    <w:p w:rsidR="002B0FC1" w:rsidRPr="0035182F" w:rsidRDefault="00000000" w:rsidP="00AE6FCA">
      <w:pPr>
        <w:pStyle w:val="a9"/>
        <w:tabs>
          <w:tab w:val="left" w:pos="8640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5182F">
        <w:rPr>
          <w:rFonts w:ascii="Times New Roman" w:hAnsi="Times New Roman" w:cs="Times New Roman"/>
          <w:sz w:val="24"/>
          <w:szCs w:val="24"/>
        </w:rPr>
        <w:br/>
      </w:r>
      <w:r w:rsidRPr="0035182F">
        <w:rPr>
          <w:rFonts w:ascii="Times New Roman" w:hAnsi="Times New Roman" w:cs="Times New Roman"/>
          <w:b/>
          <w:sz w:val="24"/>
          <w:szCs w:val="24"/>
          <w:lang w:val="ru-RU"/>
        </w:rPr>
        <w:t>ӨТІНІШ</w:t>
      </w:r>
      <w:r w:rsidRPr="0035182F">
        <w:rPr>
          <w:rFonts w:ascii="Times New Roman" w:hAnsi="Times New Roman" w:cs="Times New Roman"/>
          <w:b/>
          <w:sz w:val="24"/>
          <w:szCs w:val="24"/>
          <w:lang w:val="ru-RU"/>
        </w:rPr>
        <w:br/>
      </w:r>
      <w:proofErr w:type="spellStart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к</w:t>
      </w:r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епіл</w:t>
      </w:r>
      <w:proofErr w:type="spellEnd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билетінің</w:t>
      </w:r>
      <w:proofErr w:type="spellEnd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талаптарына</w:t>
      </w:r>
      <w:proofErr w:type="spellEnd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өзгерістер</w:t>
      </w:r>
      <w:proofErr w:type="spellEnd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енгізу</w:t>
      </w:r>
      <w:proofErr w:type="spellEnd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2B0FC1" w:rsidRPr="0035182F">
        <w:rPr>
          <w:rFonts w:ascii="Times New Roman" w:hAnsi="Times New Roman" w:cs="Times New Roman"/>
          <w:b/>
          <w:sz w:val="24"/>
          <w:szCs w:val="24"/>
          <w:lang w:val="ru-RU"/>
        </w:rPr>
        <w:t>туралы</w:t>
      </w:r>
      <w:proofErr w:type="spellEnd"/>
    </w:p>
    <w:p w:rsidR="00706402" w:rsidRPr="0035182F" w:rsidRDefault="00706402" w:rsidP="002B0FC1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706402" w:rsidRPr="0035182F" w:rsidRDefault="00000000" w:rsidP="00AE6FCA">
      <w:pPr>
        <w:ind w:firstLine="993"/>
        <w:rPr>
          <w:rFonts w:ascii="Times New Roman" w:hAnsi="Times New Roman" w:cs="Times New Roman"/>
          <w:sz w:val="24"/>
          <w:szCs w:val="24"/>
          <w:lang w:val="ru-RU"/>
        </w:rPr>
      </w:pPr>
      <w:r w:rsidRPr="0035182F">
        <w:rPr>
          <w:rFonts w:ascii="Times New Roman" w:hAnsi="Times New Roman" w:cs="Times New Roman"/>
          <w:sz w:val="24"/>
          <w:szCs w:val="24"/>
          <w:lang w:val="ru-RU"/>
        </w:rPr>
        <w:t>Қазақстан Республикасының «Микроқаржылық қызмет туралы» Заңының 9-2-бабының 2-тармағына сәйкес Кепіл билетінің талаптарына өзгерістер енгізу мүмкіндігін қарастыруды сұраймын.</w:t>
      </w:r>
      <w:r w:rsidRPr="0035182F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t>1. Қарыз алушы туралы мәліметтер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Times New Roman" w:hAnsi="Times New Roman" w:cs="Times New Roman"/>
          <w:sz w:val="24"/>
          <w:szCs w:val="24"/>
        </w:rPr>
        <w:t>Т.А.Ә.: __________</w:t>
      </w:r>
      <w:r w:rsidRPr="00AE6FCA">
        <w:rPr>
          <w:rFonts w:ascii="Times New Roman" w:hAnsi="Times New Roman" w:cs="Times New Roman"/>
          <w:sz w:val="24"/>
          <w:szCs w:val="24"/>
        </w:rPr>
        <w:br/>
        <w:t>ЖСН: __________</w:t>
      </w:r>
      <w:r w:rsidRPr="00AE6FCA">
        <w:rPr>
          <w:rFonts w:ascii="Times New Roman" w:hAnsi="Times New Roman" w:cs="Times New Roman"/>
          <w:sz w:val="24"/>
          <w:szCs w:val="24"/>
        </w:rPr>
        <w:br/>
        <w:t>Тіркелген мекенжайы: __________</w:t>
      </w:r>
      <w:r w:rsidRPr="00AE6FCA">
        <w:rPr>
          <w:rFonts w:ascii="Times New Roman" w:hAnsi="Times New Roman" w:cs="Times New Roman"/>
          <w:sz w:val="24"/>
          <w:szCs w:val="24"/>
        </w:rPr>
        <w:br/>
        <w:t>Нақты тұратын мекенжайы: __________</w:t>
      </w:r>
      <w:r w:rsidRPr="00AE6FCA">
        <w:rPr>
          <w:rFonts w:ascii="Times New Roman" w:hAnsi="Times New Roman" w:cs="Times New Roman"/>
          <w:sz w:val="24"/>
          <w:szCs w:val="24"/>
        </w:rPr>
        <w:br/>
        <w:t>Байланыс телефоны: __________</w:t>
      </w:r>
      <w:r w:rsidRPr="00AE6FCA">
        <w:rPr>
          <w:rFonts w:ascii="Times New Roman" w:hAnsi="Times New Roman" w:cs="Times New Roman"/>
          <w:sz w:val="24"/>
          <w:szCs w:val="24"/>
        </w:rPr>
        <w:br/>
        <w:t>Электрондық пошта (болған жағдайда): __________</w:t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t>2. Кепіл билеті туралы мәліметтер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Times New Roman" w:hAnsi="Times New Roman" w:cs="Times New Roman"/>
          <w:sz w:val="24"/>
          <w:szCs w:val="24"/>
        </w:rPr>
        <w:t>Нөмірі: ____</w:t>
      </w:r>
      <w:r w:rsidRPr="00AE6FCA">
        <w:rPr>
          <w:rFonts w:ascii="Times New Roman" w:hAnsi="Times New Roman" w:cs="Times New Roman"/>
          <w:sz w:val="24"/>
          <w:szCs w:val="24"/>
        </w:rPr>
        <w:br/>
        <w:t>Жасалған күні: ____</w:t>
      </w:r>
      <w:r w:rsidRPr="00AE6FCA">
        <w:rPr>
          <w:rFonts w:ascii="Times New Roman" w:hAnsi="Times New Roman" w:cs="Times New Roman"/>
          <w:sz w:val="24"/>
          <w:szCs w:val="24"/>
        </w:rPr>
        <w:br/>
        <w:t>Микрокредит сомасы: ____</w:t>
      </w:r>
      <w:r w:rsidRPr="00AE6FCA">
        <w:rPr>
          <w:rFonts w:ascii="Times New Roman" w:hAnsi="Times New Roman" w:cs="Times New Roman"/>
          <w:sz w:val="24"/>
          <w:szCs w:val="24"/>
        </w:rPr>
        <w:br/>
        <w:t>Берешек қалдығы (болған жағдайда): ____</w:t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t>3. Жүгіну себептері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жұмыстан айырылу;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табыстың төмендеуі;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уақытша еңбекке жарамсыздық;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ауру;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мүгедектіктің белгіленуі;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жүктілікке және босануға (бала күтіміне) байланысты демалыс;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төтенше жағдайлар;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өзге мән-жайлар: __________</w:t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Кепіл билетінің мынадай талаптарын өзгертуді сұраймын: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сыйақы мөлшерлемесін төмендету;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кемінде үш ай мерзімге ай сайынғы төлемді кемінде 50%-ға азайту;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негізгі борыш және (немесе) сыйақы бойынша төлемдерді кейінге қалдыру;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өтеу әдісін және (немесе) кезектілігін өзгерту;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микрокредит мерзімін өзгерту;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мерзімі өткен негізгі борышты және (немесе) сыйақыны кешіру, айыпақыны жою;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кепілдегі және (немесе) өзге мүлікті беру арқылы бас тарту өтемін ұсыну.</w:t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t>5. Қаржылық жағдайы туралы мәліметтер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Times New Roman" w:hAnsi="Times New Roman" w:cs="Times New Roman"/>
          <w:sz w:val="24"/>
          <w:szCs w:val="24"/>
        </w:rPr>
        <w:t>Ай сайынғы табыс: ____</w:t>
      </w:r>
      <w:r w:rsidRPr="00AE6FCA">
        <w:rPr>
          <w:rFonts w:ascii="Times New Roman" w:hAnsi="Times New Roman" w:cs="Times New Roman"/>
          <w:sz w:val="24"/>
          <w:szCs w:val="24"/>
        </w:rPr>
        <w:br/>
        <w:t>Табыс көзі: ____</w:t>
      </w:r>
      <w:r w:rsidRPr="00AE6FCA">
        <w:rPr>
          <w:rFonts w:ascii="Times New Roman" w:hAnsi="Times New Roman" w:cs="Times New Roman"/>
          <w:sz w:val="24"/>
          <w:szCs w:val="24"/>
        </w:rPr>
        <w:br/>
        <w:t>Ай сайынғы міндетті шығыстар: ____</w:t>
      </w:r>
      <w:r w:rsidRPr="00AE6FCA">
        <w:rPr>
          <w:rFonts w:ascii="Times New Roman" w:hAnsi="Times New Roman" w:cs="Times New Roman"/>
          <w:sz w:val="24"/>
          <w:szCs w:val="24"/>
        </w:rPr>
        <w:br/>
        <w:t>Асырауындағы адамдар саны: ____</w:t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t>6. Қоса берілетін құжаттар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жұмыссыз ретінде тіркелгені туралы анықтама және (немесе) соңғы 6 айдағы табыс туралы анықтама немесе банк шоты бойынша үзінді көшірме;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еңбек шартының тоқтатылғаны, жалақы сақталмайтын демалыс немесе еңбекке уақытша жарамсыздық туралы құжат;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жалақы туралы анықтама және БЖЗҚ үзіндісі;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жүктілікке, босануға немесе бала күтіміне байланысты демалысты растайтын құжат;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отбасы құрамы туралы құжат;</w:t>
      </w:r>
      <w:r w:rsidRPr="00AE6FCA">
        <w:rPr>
          <w:rFonts w:ascii="Times New Roman" w:hAnsi="Times New Roman" w:cs="Times New Roman"/>
          <w:sz w:val="24"/>
          <w:szCs w:val="24"/>
        </w:rPr>
        <w:br/>
      </w:r>
      <w:r w:rsidRPr="00AE6FCA">
        <w:rPr>
          <w:rFonts w:ascii="Segoe UI Symbol" w:hAnsi="Segoe UI Symbol" w:cs="Segoe UI Symbol"/>
          <w:sz w:val="24"/>
          <w:szCs w:val="24"/>
        </w:rPr>
        <w:t>☐</w:t>
      </w:r>
      <w:r w:rsidRPr="00AE6FCA">
        <w:rPr>
          <w:rFonts w:ascii="Times New Roman" w:hAnsi="Times New Roman" w:cs="Times New Roman"/>
          <w:sz w:val="24"/>
          <w:szCs w:val="24"/>
        </w:rPr>
        <w:t xml:space="preserve"> ауруды, қайтыс болуды, жалдау шартын, материалдық залалды, форс-мажорды, мүгедектікті, медициналық үзіндіні, атқарушылық іс жүргізуді, шоттарға тыйым салуды, инкассалық өкімді, сот актілерін, жалақы туралы анықтаманы және қаржылық жағдайдың нашарлауын растайтын өзге құжаттар.</w:t>
      </w:r>
    </w:p>
    <w:p w:rsidR="00AE6FCA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E6FCA">
        <w:rPr>
          <w:rFonts w:ascii="Times New Roman" w:hAnsi="Times New Roman" w:cs="Times New Roman"/>
          <w:b/>
          <w:bCs/>
          <w:sz w:val="24"/>
          <w:szCs w:val="24"/>
        </w:rPr>
        <w:t>7. Қарыз алушының растауы</w:t>
      </w:r>
      <w:r w:rsidRPr="00AE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6FCA">
        <w:rPr>
          <w:rFonts w:ascii="Times New Roman" w:hAnsi="Times New Roman" w:cs="Times New Roman"/>
          <w:sz w:val="24"/>
          <w:szCs w:val="24"/>
        </w:rPr>
        <w:t>Осы өтініште көрсетілген мәліметтердің дұрыстығын растаймын.</w:t>
      </w:r>
      <w:r w:rsidRPr="00AE6FCA">
        <w:rPr>
          <w:rFonts w:ascii="Times New Roman" w:hAnsi="Times New Roman" w:cs="Times New Roman"/>
          <w:sz w:val="24"/>
          <w:szCs w:val="24"/>
        </w:rPr>
        <w:br/>
        <w:t>Дербес деректерімді өңдеуге келісім беремін.</w:t>
      </w:r>
      <w:r w:rsidRPr="00AE6FCA">
        <w:rPr>
          <w:rFonts w:ascii="Times New Roman" w:hAnsi="Times New Roman" w:cs="Times New Roman"/>
          <w:sz w:val="24"/>
          <w:szCs w:val="24"/>
        </w:rPr>
        <w:br/>
        <w:t>Қажет болған жағдайда қосымша құжаттарды ұсынуға міндеттенемін.</w:t>
      </w:r>
      <w:r w:rsidRPr="00AE6FCA">
        <w:rPr>
          <w:rFonts w:ascii="Times New Roman" w:hAnsi="Times New Roman" w:cs="Times New Roman"/>
          <w:sz w:val="24"/>
          <w:szCs w:val="24"/>
        </w:rPr>
        <w:br/>
        <w:t xml:space="preserve">Жалған мәліметтер бас </w:t>
      </w:r>
      <w:proofErr w:type="spellStart"/>
      <w:r w:rsidRPr="00AE6FCA">
        <w:rPr>
          <w:rFonts w:ascii="Times New Roman" w:hAnsi="Times New Roman" w:cs="Times New Roman"/>
          <w:sz w:val="24"/>
          <w:szCs w:val="24"/>
        </w:rPr>
        <w:t>тартуға</w:t>
      </w:r>
      <w:proofErr w:type="spellEnd"/>
      <w:r w:rsidRPr="00AE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6FCA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AE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6FCA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AE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6FCA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AE6FCA">
        <w:rPr>
          <w:rFonts w:ascii="Times New Roman" w:hAnsi="Times New Roman" w:cs="Times New Roman"/>
          <w:sz w:val="24"/>
          <w:szCs w:val="24"/>
        </w:rPr>
        <w:t>.</w:t>
      </w:r>
    </w:p>
    <w:p w:rsidR="00AE6FCA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E6FCA">
        <w:rPr>
          <w:rFonts w:ascii="Times New Roman" w:hAnsi="Times New Roman" w:cs="Times New Roman"/>
          <w:sz w:val="24"/>
          <w:szCs w:val="24"/>
        </w:rPr>
        <w:br/>
        <w:t>Күні: «__» ____ 2026 ж.</w:t>
      </w:r>
    </w:p>
    <w:p w:rsidR="00706402" w:rsidRPr="00AE6FCA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E6FC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6FCA">
        <w:rPr>
          <w:rFonts w:ascii="Times New Roman" w:hAnsi="Times New Roman" w:cs="Times New Roman"/>
          <w:sz w:val="24"/>
          <w:szCs w:val="24"/>
        </w:rPr>
        <w:t>Қолы</w:t>
      </w:r>
      <w:proofErr w:type="spellEnd"/>
      <w:r w:rsidRPr="00AE6FCA">
        <w:rPr>
          <w:rFonts w:ascii="Times New Roman" w:hAnsi="Times New Roman" w:cs="Times New Roman"/>
          <w:sz w:val="24"/>
          <w:szCs w:val="24"/>
        </w:rPr>
        <w:t>: ______</w:t>
      </w:r>
      <w:r w:rsidR="00AE6FCA">
        <w:rPr>
          <w:rFonts w:ascii="Times New Roman" w:hAnsi="Times New Roman" w:cs="Times New Roman"/>
          <w:sz w:val="24"/>
          <w:szCs w:val="24"/>
          <w:lang w:val="ru-RU"/>
        </w:rPr>
        <w:t>____</w:t>
      </w:r>
      <w:proofErr w:type="spellStart"/>
      <w:r w:rsidRPr="00AE6FCA">
        <w:rPr>
          <w:rFonts w:ascii="Times New Roman" w:hAnsi="Times New Roman" w:cs="Times New Roman"/>
          <w:sz w:val="24"/>
          <w:szCs w:val="24"/>
        </w:rPr>
        <w:t>Қолдың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жазылуы</w:t>
      </w:r>
      <w:proofErr w:type="spellEnd"/>
      <w:r>
        <w:t>: ___</w:t>
      </w:r>
      <w:r w:rsidR="00AE6FCA">
        <w:rPr>
          <w:lang w:val="ru-RU"/>
        </w:rPr>
        <w:t>_____________________________________</w:t>
      </w:r>
      <w:r>
        <w:t>___</w:t>
      </w:r>
    </w:p>
    <w:sectPr w:rsidR="00706402" w:rsidRPr="00AE6FCA" w:rsidSect="00AE6FCA">
      <w:pgSz w:w="12240" w:h="15840"/>
      <w:pgMar w:top="1440" w:right="801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8208845">
    <w:abstractNumId w:val="8"/>
  </w:num>
  <w:num w:numId="2" w16cid:durableId="119153955">
    <w:abstractNumId w:val="6"/>
  </w:num>
  <w:num w:numId="3" w16cid:durableId="711267836">
    <w:abstractNumId w:val="5"/>
  </w:num>
  <w:num w:numId="4" w16cid:durableId="1331174368">
    <w:abstractNumId w:val="4"/>
  </w:num>
  <w:num w:numId="5" w16cid:durableId="39014473">
    <w:abstractNumId w:val="7"/>
  </w:num>
  <w:num w:numId="6" w16cid:durableId="406196049">
    <w:abstractNumId w:val="3"/>
  </w:num>
  <w:num w:numId="7" w16cid:durableId="1425111681">
    <w:abstractNumId w:val="2"/>
  </w:num>
  <w:num w:numId="8" w16cid:durableId="1573617504">
    <w:abstractNumId w:val="1"/>
  </w:num>
  <w:num w:numId="9" w16cid:durableId="98104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0FC1"/>
    <w:rsid w:val="00326F90"/>
    <w:rsid w:val="0035182F"/>
    <w:rsid w:val="00476251"/>
    <w:rsid w:val="00706402"/>
    <w:rsid w:val="008B1A2F"/>
    <w:rsid w:val="00AA1D8D"/>
    <w:rsid w:val="00AE6FC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1AFEB"/>
  <w14:defaultImageDpi w14:val="300"/>
  <w15:docId w15:val="{83BAA9B1-7B8C-E444-A45E-3607C0F6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2026-07-15T06:04:00Z</dcterms:created>
  <dcterms:modified xsi:type="dcterms:W3CDTF">2026-07-15T06:12:00Z</dcterms:modified>
  <cp:category/>
</cp:coreProperties>
</file>